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DRIVER SALARY RECEIPT</w:t>
      </w:r>
    </w:p>
    <w:p>
      <w:pPr>
        <w:jc w:val="center"/>
      </w:pPr>
      <w:r>
        <w:rPr>
          <w:i/>
          <w:color w:val="666666"/>
          <w:sz w:val="18"/>
        </w:rPr>
        <w:t>Replace every [bracketed] field with the details of a salary payment you actually made.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Receipt No</w:t>
            </w:r>
          </w:p>
        </w:tc>
        <w:tc>
          <w:tcPr>
            <w:tcW w:type="dxa" w:w="6803"/>
          </w:tcPr>
          <w:p>
            <w:r>
              <w:t>[DS-001]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Receipt date</w:t>
            </w:r>
          </w:p>
        </w:tc>
        <w:tc>
          <w:tcPr>
            <w:tcW w:type="dxa" w:w="6803"/>
          </w:tcPr>
          <w:p>
            <w:r>
              <w:t>[DD/MM/YYYY]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Salary month</w:t>
            </w:r>
          </w:p>
        </w:tc>
        <w:tc>
          <w:tcPr>
            <w:tcW w:type="dxa" w:w="6803"/>
          </w:tcPr>
          <w:p>
            <w:r>
              <w:t>[Month YYYY]</w:t>
            </w:r>
          </w:p>
        </w:tc>
      </w:tr>
    </w:tbl>
    <w:p/>
    <w:p>
      <w:pPr>
        <w:spacing w:line="384" w:lineRule="auto"/>
      </w:pPr>
      <w:r>
        <w:t xml:space="preserve">Received a sum of </w:t>
      </w:r>
      <w:r>
        <w:rPr>
          <w:b/>
        </w:rPr>
        <w:t>₹ [net amount]</w:t>
      </w:r>
      <w:r>
        <w:t xml:space="preserve"> (Rupees [amount in words] only) from </w:t>
      </w:r>
      <w:r>
        <w:rPr>
          <w:b/>
        </w:rPr>
        <w:t>[Employer name]</w:t>
      </w:r>
      <w:r>
        <w:t xml:space="preserve"> towards my salary as driver for the month of </w:t>
      </w:r>
      <w:r>
        <w:rPr>
          <w:b/>
        </w:rPr>
        <w:t>[Month YYYY]</w:t>
      </w:r>
      <w:r>
        <w:t>, as detailed below.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370"/>
            <w:shd w:val="clear" w:color="auto" w:fill="F2F2F2"/>
          </w:tcPr>
          <w:p>
            <w:r>
              <w:rPr>
                <w:b/>
              </w:rPr>
              <w:t>Component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7370"/>
          </w:tcPr>
          <w:p>
            <w:r>
              <w:t>Monthly salary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7370"/>
          </w:tcPr>
          <w:p>
            <w:r>
              <w:t>Overtime / night / outstation allowance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7370"/>
          </w:tcPr>
          <w:p>
            <w:r>
              <w:t>Less: advance recovered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7370"/>
          </w:tcPr>
          <w:p>
            <w:r>
              <w:t>Less: unpaid leave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7370"/>
          </w:tcPr>
          <w:p>
            <w:r>
              <w:rPr>
                <w:b/>
              </w:rPr>
              <w:t>Net amount paid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Payment mode</w:t>
            </w:r>
          </w:p>
        </w:tc>
        <w:tc>
          <w:tcPr>
            <w:tcW w:type="dxa" w:w="6803"/>
          </w:tcPr>
          <w:p>
            <w:r>
              <w:t>[Bank transfer / UPI / cheque no. ___ / cash]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Payment reference</w:t>
            </w:r>
          </w:p>
        </w:tc>
        <w:tc>
          <w:tcPr>
            <w:tcW w:type="dxa" w:w="6803"/>
          </w:tcPr>
          <w:p>
            <w:r>
              <w:t>[UTR / UPI ref / cheque no.]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Driver name</w:t>
            </w:r>
          </w:p>
        </w:tc>
        <w:tc>
          <w:tcPr>
            <w:tcW w:type="dxa" w:w="6803"/>
          </w:tcPr>
          <w:p>
            <w:r>
              <w:t>[Driver name]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Driver address</w:t>
            </w:r>
          </w:p>
        </w:tc>
        <w:tc>
          <w:tcPr>
            <w:tcW w:type="dxa" w:w="6803"/>
          </w:tcPr>
          <w:p>
            <w:r>
              <w:t>[Driver address]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Driving licence no.</w:t>
            </w:r>
          </w:p>
        </w:tc>
        <w:tc>
          <w:tcPr>
            <w:tcW w:type="dxa" w:w="6803"/>
          </w:tcPr>
          <w:p>
            <w:r>
              <w:t>[Optional: DL number]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6803"/>
          </w:tcPr>
          <w:p>
            <w:r>
              <w:t>[Optional: make and registration number]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Employer name &amp; address</w:t>
            </w:r>
          </w:p>
        </w:tc>
        <w:tc>
          <w:tcPr>
            <w:tcW w:type="dxa" w:w="6803"/>
          </w:tcPr>
          <w:p>
            <w:r>
              <w:t>[Employer name, address]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tcBorders>
              <w:top w:val="dashed" w:sz="8" w:color="999999"/>
              <w:left w:val="dashed" w:sz="8" w:color="999999"/>
              <w:bottom w:val="dashed" w:sz="8" w:color="999999"/>
              <w:right w:val="dashed" w:sz="8" w:color="999999"/>
            </w:tcBorders>
          </w:tcPr>
          <w:p>
            <w:r>
              <w:br/>
              <w:br/>
              <w:br/>
            </w:r>
          </w:p>
          <w:p>
            <w:pPr>
              <w:jc w:val="center"/>
            </w:pPr>
            <w:r>
              <w:t>Revenue stamp</w:t>
              <w:br/>
              <w:t>(cash receipts above ₹5,000)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  <w:p>
            <w:pPr>
              <w:jc w:val="center"/>
            </w:pPr>
            <w:r>
              <w:t>______________________________</w:t>
              <w:br/>
              <w:t>Signature of driver</w:t>
              <w:br/>
              <w:t>[Driver name]</w:t>
            </w:r>
          </w:p>
        </w:tc>
      </w:tr>
    </w:tbl>
    <w:p/>
    <w:p>
      <w:r>
        <w:rPr>
          <w:color w:val="555555"/>
          <w:sz w:val="18"/>
        </w:rPr>
        <w:t>Notes: One receipt per month. The driver signs across the revenue stamp when salary above ₹5,000 is paid in cash. Keep bank or UPI records for each payment, and check what your employer asks for before submitting.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